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ED8" w:rsidRPr="00FA6C7A" w:rsidRDefault="0030321B" w:rsidP="00FA6C7A">
      <w:pPr>
        <w:rPr>
          <w:rFonts w:ascii="Arial" w:hAnsi="Arial" w:cs="Arial"/>
          <w:sz w:val="24"/>
        </w:rPr>
      </w:pPr>
      <w:proofErr w:type="spellStart"/>
      <w:r w:rsidRPr="00FA6C7A">
        <w:rPr>
          <w:rFonts w:ascii="Arial" w:hAnsi="Arial" w:cs="Arial"/>
          <w:sz w:val="20"/>
        </w:rPr>
        <w:t>Düzenleme</w:t>
      </w:r>
      <w:proofErr w:type="spellEnd"/>
      <w:r w:rsidRPr="00FA6C7A">
        <w:rPr>
          <w:rFonts w:ascii="Arial" w:hAnsi="Arial" w:cs="Arial"/>
          <w:sz w:val="20"/>
        </w:rPr>
        <w:t xml:space="preserve"> </w:t>
      </w:r>
      <w:proofErr w:type="spellStart"/>
      <w:proofErr w:type="gramStart"/>
      <w:r w:rsidRPr="00FA6C7A">
        <w:rPr>
          <w:rFonts w:ascii="Arial" w:hAnsi="Arial" w:cs="Arial"/>
          <w:sz w:val="20"/>
        </w:rPr>
        <w:t>Tarihi</w:t>
      </w:r>
      <w:proofErr w:type="spellEnd"/>
      <w:r w:rsidRPr="00FA6C7A">
        <w:rPr>
          <w:rFonts w:ascii="Arial" w:hAnsi="Arial" w:cs="Arial"/>
          <w:sz w:val="20"/>
        </w:rPr>
        <w:t xml:space="preserve"> :</w:t>
      </w:r>
      <w:proofErr w:type="gramEnd"/>
      <w:r w:rsidRPr="00FA6C7A">
        <w:rPr>
          <w:rFonts w:ascii="Arial" w:hAnsi="Arial" w:cs="Arial"/>
          <w:sz w:val="20"/>
        </w:rPr>
        <w:t xml:space="preserve">  </w:t>
      </w:r>
      <w:r w:rsidR="00FA6C7A" w:rsidRPr="00FA6C7A">
        <w:rPr>
          <w:rFonts w:ascii="Arial" w:hAnsi="Arial" w:cs="Arial"/>
          <w:sz w:val="20"/>
        </w:rPr>
        <w:t>…/…/20</w:t>
      </w:r>
      <w:r w:rsidR="00FA6C7A">
        <w:rPr>
          <w:rFonts w:ascii="Arial" w:hAnsi="Arial" w:cs="Arial"/>
          <w:sz w:val="20"/>
        </w:rPr>
        <w:t>…</w:t>
      </w:r>
    </w:p>
    <w:tbl>
      <w:tblPr>
        <w:tblStyle w:val="TabloKlavuzu"/>
        <w:tblW w:w="8894" w:type="dxa"/>
        <w:tblLook w:val="04A0" w:firstRow="1" w:lastRow="0" w:firstColumn="1" w:lastColumn="0" w:noHBand="0" w:noVBand="1"/>
      </w:tblPr>
      <w:tblGrid>
        <w:gridCol w:w="4479"/>
        <w:gridCol w:w="4415"/>
      </w:tblGrid>
      <w:tr w:rsidR="00782ED8" w:rsidRPr="00052D16" w:rsidTr="00FA6C7A">
        <w:trPr>
          <w:trHeight w:val="422"/>
        </w:trPr>
        <w:tc>
          <w:tcPr>
            <w:tcW w:w="4479" w:type="dxa"/>
          </w:tcPr>
          <w:p w:rsidR="00782ED8" w:rsidRPr="00052D16" w:rsidRDefault="00782ED8" w:rsidP="00C351A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Adayın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Adı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Soyadı</w:t>
            </w:r>
            <w:proofErr w:type="spellEnd"/>
          </w:p>
        </w:tc>
        <w:tc>
          <w:tcPr>
            <w:tcW w:w="4415" w:type="dxa"/>
          </w:tcPr>
          <w:p w:rsidR="00782ED8" w:rsidRPr="00052D16" w:rsidRDefault="00782ED8" w:rsidP="00C351A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2ED8" w:rsidRPr="00052D16" w:rsidTr="00FA6C7A">
        <w:trPr>
          <w:trHeight w:val="346"/>
        </w:trPr>
        <w:tc>
          <w:tcPr>
            <w:tcW w:w="4479" w:type="dxa"/>
          </w:tcPr>
          <w:p w:rsidR="00782ED8" w:rsidRPr="00052D16" w:rsidRDefault="00782ED8" w:rsidP="00C351A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Başvurduğu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Birim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Bölüm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Anabilim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Dalı/Program</w:t>
            </w:r>
          </w:p>
        </w:tc>
        <w:tc>
          <w:tcPr>
            <w:tcW w:w="4415" w:type="dxa"/>
          </w:tcPr>
          <w:p w:rsidR="00782ED8" w:rsidRPr="00052D16" w:rsidRDefault="00782ED8" w:rsidP="00C351A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9013E" w:rsidRPr="00FA6C7A" w:rsidRDefault="00782ED8" w:rsidP="00052D16">
      <w:pPr>
        <w:rPr>
          <w:rFonts w:ascii="Arial" w:hAnsi="Arial" w:cs="Arial"/>
          <w:b/>
          <w:sz w:val="20"/>
          <w:szCs w:val="20"/>
          <w:u w:val="single"/>
        </w:rPr>
      </w:pPr>
      <w:r w:rsidRPr="00052D16">
        <w:rPr>
          <w:rFonts w:ascii="Arial" w:hAnsi="Arial" w:cs="Arial"/>
          <w:sz w:val="20"/>
          <w:szCs w:val="20"/>
        </w:rPr>
        <w:br/>
      </w:r>
      <w:r w:rsidRPr="00FA6C7A">
        <w:rPr>
          <w:rFonts w:ascii="Arial" w:hAnsi="Arial" w:cs="Arial"/>
          <w:b/>
          <w:sz w:val="20"/>
          <w:szCs w:val="20"/>
          <w:u w:val="single"/>
        </w:rPr>
        <w:t>ASGARİ BAŞVURU ŞARTLARININ DEĞERLENDİRMESİ</w:t>
      </w:r>
    </w:p>
    <w:p w:rsidR="00052D16" w:rsidRPr="00FA6C7A" w:rsidRDefault="00052D16" w:rsidP="0009013E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FA6C7A">
        <w:rPr>
          <w:rFonts w:ascii="Arial" w:hAnsi="Arial" w:cs="Arial"/>
          <w:sz w:val="20"/>
          <w:szCs w:val="20"/>
        </w:rPr>
        <w:t>İnönü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Üniversitesi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Akademik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Yükseltilme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ve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Atanma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Ölçütleri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FA6C7A">
        <w:rPr>
          <w:rFonts w:ascii="Arial" w:hAnsi="Arial" w:cs="Arial"/>
          <w:sz w:val="20"/>
          <w:szCs w:val="20"/>
        </w:rPr>
        <w:t>Yönergesi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 </w:t>
      </w:r>
      <w:proofErr w:type="spellStart"/>
      <w:r w:rsidRPr="00FA6C7A">
        <w:rPr>
          <w:rFonts w:ascii="Arial" w:hAnsi="Arial" w:cs="Arial"/>
          <w:sz w:val="20"/>
          <w:szCs w:val="20"/>
        </w:rPr>
        <w:t>Tablo</w:t>
      </w:r>
      <w:proofErr w:type="spellEnd"/>
      <w:proofErr w:type="gramEnd"/>
      <w:r w:rsidRPr="00FA6C7A">
        <w:rPr>
          <w:rFonts w:ascii="Arial" w:hAnsi="Arial" w:cs="Arial"/>
          <w:sz w:val="20"/>
          <w:szCs w:val="20"/>
        </w:rPr>
        <w:t xml:space="preserve"> 2</w:t>
      </w:r>
      <w:r w:rsidR="00983E7E" w:rsidRPr="00FA6C7A">
        <w:rPr>
          <w:rFonts w:ascii="Arial" w:hAnsi="Arial" w:cs="Arial"/>
          <w:sz w:val="20"/>
          <w:szCs w:val="20"/>
        </w:rPr>
        <w:t xml:space="preserve">’de </w:t>
      </w:r>
      <w:proofErr w:type="spellStart"/>
      <w:r w:rsidR="00983E7E" w:rsidRPr="00FA6C7A">
        <w:rPr>
          <w:rFonts w:ascii="Arial" w:hAnsi="Arial" w:cs="Arial"/>
          <w:sz w:val="20"/>
          <w:szCs w:val="20"/>
        </w:rPr>
        <w:t>yer</w:t>
      </w:r>
      <w:proofErr w:type="spellEnd"/>
      <w:r w:rsidR="00983E7E"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83E7E" w:rsidRPr="00FA6C7A">
        <w:rPr>
          <w:rFonts w:ascii="Arial" w:hAnsi="Arial" w:cs="Arial"/>
          <w:sz w:val="20"/>
          <w:szCs w:val="20"/>
        </w:rPr>
        <w:t>alan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Doktor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öğretim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üyesi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kadrosuna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atanabilmek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için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sağlanması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gereken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asgari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puan</w:t>
      </w:r>
      <w:proofErr w:type="spellEnd"/>
      <w:r w:rsidRPr="00FA6C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6C7A">
        <w:rPr>
          <w:rFonts w:ascii="Arial" w:hAnsi="Arial" w:cs="Arial"/>
          <w:sz w:val="20"/>
          <w:szCs w:val="20"/>
        </w:rPr>
        <w:t>tablosu</w:t>
      </w:r>
      <w:proofErr w:type="spellEnd"/>
      <w:r w:rsidR="00983E7E" w:rsidRPr="00FA6C7A">
        <w:rPr>
          <w:rFonts w:ascii="Arial" w:hAnsi="Arial" w:cs="Arial"/>
          <w:sz w:val="20"/>
          <w:szCs w:val="20"/>
        </w:rPr>
        <w:t>:</w:t>
      </w:r>
    </w:p>
    <w:p w:rsidR="00782ED8" w:rsidRPr="00052D16" w:rsidRDefault="00052D16" w:rsidP="00052D16">
      <w:pPr>
        <w:jc w:val="center"/>
        <w:rPr>
          <w:rFonts w:ascii="Arial" w:hAnsi="Arial" w:cs="Arial"/>
          <w:b/>
          <w:sz w:val="20"/>
          <w:szCs w:val="20"/>
        </w:rPr>
      </w:pPr>
      <w:r w:rsidRPr="00052D16">
        <w:rPr>
          <w:rFonts w:ascii="Arial" w:hAnsi="Arial" w:cs="Arial"/>
          <w:b/>
          <w:sz w:val="20"/>
          <w:szCs w:val="20"/>
        </w:rPr>
        <w:drawing>
          <wp:inline distT="0" distB="0" distL="0" distR="0" wp14:anchorId="4E358966" wp14:editId="78B529E1">
            <wp:extent cx="4424234" cy="128016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31597" cy="131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oKlavuzu"/>
        <w:tblW w:w="8935" w:type="dxa"/>
        <w:tblLook w:val="04A0" w:firstRow="1" w:lastRow="0" w:firstColumn="1" w:lastColumn="0" w:noHBand="0" w:noVBand="1"/>
      </w:tblPr>
      <w:tblGrid>
        <w:gridCol w:w="4708"/>
        <w:gridCol w:w="1281"/>
        <w:gridCol w:w="2946"/>
      </w:tblGrid>
      <w:tr w:rsidR="00983E7E" w:rsidRPr="00052D16" w:rsidTr="00FA6C7A">
        <w:trPr>
          <w:trHeight w:val="429"/>
        </w:trPr>
        <w:tc>
          <w:tcPr>
            <w:tcW w:w="4708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52D16">
              <w:rPr>
                <w:rFonts w:ascii="Arial" w:hAnsi="Arial" w:cs="Arial"/>
                <w:b/>
                <w:sz w:val="20"/>
                <w:szCs w:val="20"/>
              </w:rPr>
              <w:t>Şart</w:t>
            </w:r>
            <w:proofErr w:type="spellEnd"/>
          </w:p>
        </w:tc>
        <w:tc>
          <w:tcPr>
            <w:tcW w:w="1281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52D16">
              <w:rPr>
                <w:rFonts w:ascii="Arial" w:hAnsi="Arial" w:cs="Arial"/>
                <w:b/>
                <w:sz w:val="20"/>
                <w:szCs w:val="20"/>
              </w:rPr>
              <w:t>Durum</w:t>
            </w:r>
          </w:p>
        </w:tc>
        <w:tc>
          <w:tcPr>
            <w:tcW w:w="2946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52D16">
              <w:rPr>
                <w:rFonts w:ascii="Arial" w:hAnsi="Arial" w:cs="Arial"/>
                <w:b/>
                <w:sz w:val="20"/>
                <w:szCs w:val="20"/>
              </w:rPr>
              <w:t>Gerekçe</w:t>
            </w:r>
            <w:proofErr w:type="spellEnd"/>
            <w:r w:rsidRPr="00052D16">
              <w:rPr>
                <w:rFonts w:ascii="Arial" w:hAnsi="Arial" w:cs="Arial"/>
                <w:b/>
                <w:sz w:val="20"/>
                <w:szCs w:val="20"/>
              </w:rPr>
              <w:t xml:space="preserve"> / </w:t>
            </w:r>
            <w:proofErr w:type="spellStart"/>
            <w:r w:rsidRPr="00052D16">
              <w:rPr>
                <w:rFonts w:ascii="Arial" w:hAnsi="Arial" w:cs="Arial"/>
                <w:b/>
                <w:sz w:val="20"/>
                <w:szCs w:val="20"/>
              </w:rPr>
              <w:t>Açıklama</w:t>
            </w:r>
            <w:proofErr w:type="spellEnd"/>
          </w:p>
        </w:tc>
      </w:tr>
      <w:tr w:rsidR="00983E7E" w:rsidRPr="00052D16" w:rsidTr="00FA6C7A">
        <w:trPr>
          <w:trHeight w:val="819"/>
        </w:trPr>
        <w:tc>
          <w:tcPr>
            <w:tcW w:w="4708" w:type="dxa"/>
            <w:vAlign w:val="center"/>
          </w:tcPr>
          <w:p w:rsidR="00782ED8" w:rsidRPr="00052D16" w:rsidRDefault="00782ED8" w:rsidP="0030321B">
            <w:pPr>
              <w:rPr>
                <w:rFonts w:ascii="Arial" w:hAnsi="Arial" w:cs="Arial"/>
                <w:sz w:val="20"/>
                <w:szCs w:val="20"/>
              </w:rPr>
            </w:pPr>
            <w:r w:rsidRPr="00052D16">
              <w:rPr>
                <w:rFonts w:ascii="Arial" w:hAnsi="Arial" w:cs="Arial"/>
                <w:sz w:val="20"/>
                <w:szCs w:val="20"/>
              </w:rPr>
              <w:t xml:space="preserve">1)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İnönü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Üniversitesi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Akademik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Yükseltilme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ve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Atanma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Ölçütleri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Yönergesi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Madde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6</w:t>
            </w:r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’daki </w:t>
            </w:r>
            <w:proofErr w:type="spellStart"/>
            <w:r w:rsidR="0009013E" w:rsidRPr="0009013E">
              <w:rPr>
                <w:rFonts w:ascii="Arial" w:hAnsi="Arial" w:cs="Arial"/>
                <w:sz w:val="20"/>
                <w:szCs w:val="20"/>
              </w:rPr>
              <w:t>yayın</w:t>
            </w:r>
            <w:proofErr w:type="spellEnd"/>
            <w:r w:rsidR="0009013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şartı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sağlanıyor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mu?</w:t>
            </w:r>
          </w:p>
        </w:tc>
        <w:tc>
          <w:tcPr>
            <w:tcW w:w="1281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6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E7E" w:rsidRPr="00052D16" w:rsidTr="00FA6C7A">
        <w:trPr>
          <w:trHeight w:val="1045"/>
        </w:trPr>
        <w:tc>
          <w:tcPr>
            <w:tcW w:w="4708" w:type="dxa"/>
            <w:vAlign w:val="center"/>
          </w:tcPr>
          <w:p w:rsidR="00782ED8" w:rsidRPr="00052D16" w:rsidRDefault="00782ED8" w:rsidP="00983E7E">
            <w:pPr>
              <w:rPr>
                <w:rFonts w:ascii="Arial" w:hAnsi="Arial" w:cs="Arial"/>
                <w:sz w:val="20"/>
                <w:szCs w:val="20"/>
              </w:rPr>
            </w:pPr>
            <w:r w:rsidRPr="00052D16">
              <w:rPr>
                <w:rFonts w:ascii="Arial" w:hAnsi="Arial" w:cs="Arial"/>
                <w:sz w:val="20"/>
                <w:szCs w:val="20"/>
              </w:rPr>
              <w:t xml:space="preserve">2)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İnönü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Üniversitesi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Akademik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Yükseltilme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ve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Atanma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Ölçütleri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Yönergesi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Tablo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2’de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yer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alan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Doktor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öğretim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üyesi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kadrosuna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atanabilmek</w:t>
            </w:r>
            <w:proofErr w:type="spellEnd"/>
            <w:r w:rsidR="00983E7E" w:rsidRPr="000901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3E7E" w:rsidRPr="0009013E">
              <w:rPr>
                <w:rFonts w:ascii="Arial" w:hAnsi="Arial" w:cs="Arial"/>
                <w:sz w:val="20"/>
                <w:szCs w:val="20"/>
              </w:rPr>
              <w:t>için</w:t>
            </w:r>
            <w:proofErr w:type="spellEnd"/>
            <w:r w:rsidR="00983E7E"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83E7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puan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şartı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sağlanıyor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mu?</w:t>
            </w:r>
          </w:p>
        </w:tc>
        <w:tc>
          <w:tcPr>
            <w:tcW w:w="1281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6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E7E" w:rsidRPr="00052D16" w:rsidTr="00FA6C7A">
        <w:trPr>
          <w:trHeight w:val="493"/>
        </w:trPr>
        <w:tc>
          <w:tcPr>
            <w:tcW w:w="4708" w:type="dxa"/>
            <w:vAlign w:val="center"/>
          </w:tcPr>
          <w:p w:rsidR="00782ED8" w:rsidRPr="00052D16" w:rsidRDefault="00782ED8" w:rsidP="0030321B">
            <w:pPr>
              <w:rPr>
                <w:rFonts w:ascii="Arial" w:hAnsi="Arial" w:cs="Arial"/>
                <w:sz w:val="20"/>
                <w:szCs w:val="20"/>
              </w:rPr>
            </w:pPr>
            <w:r w:rsidRPr="00052D16">
              <w:rPr>
                <w:rFonts w:ascii="Arial" w:hAnsi="Arial" w:cs="Arial"/>
                <w:sz w:val="20"/>
                <w:szCs w:val="20"/>
              </w:rPr>
              <w:t xml:space="preserve">3)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Eserler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yayımlanmış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veya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DOI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numarası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almış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mı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281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6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E7E" w:rsidRPr="00052D16" w:rsidTr="00FA6C7A">
        <w:trPr>
          <w:trHeight w:val="575"/>
        </w:trPr>
        <w:tc>
          <w:tcPr>
            <w:tcW w:w="4708" w:type="dxa"/>
            <w:vAlign w:val="center"/>
          </w:tcPr>
          <w:p w:rsidR="00782ED8" w:rsidRPr="00052D16" w:rsidRDefault="00782ED8" w:rsidP="00FA6C7A">
            <w:pPr>
              <w:rPr>
                <w:rFonts w:ascii="Arial" w:hAnsi="Arial" w:cs="Arial"/>
                <w:sz w:val="20"/>
                <w:szCs w:val="20"/>
              </w:rPr>
            </w:pPr>
            <w:r w:rsidRPr="00052D16">
              <w:rPr>
                <w:rFonts w:ascii="Arial" w:hAnsi="Arial" w:cs="Arial"/>
                <w:sz w:val="20"/>
                <w:szCs w:val="20"/>
              </w:rPr>
              <w:t xml:space="preserve">4)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ÖSYM’ce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geçerliliği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kabul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edilen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yabancı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dil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sınavlarından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en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az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65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puan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şartı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sağlanıyor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mu?</w:t>
            </w:r>
          </w:p>
        </w:tc>
        <w:tc>
          <w:tcPr>
            <w:tcW w:w="1281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6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E7E" w:rsidRPr="00052D16" w:rsidTr="00FA6C7A">
        <w:trPr>
          <w:trHeight w:val="474"/>
        </w:trPr>
        <w:tc>
          <w:tcPr>
            <w:tcW w:w="4708" w:type="dxa"/>
            <w:vAlign w:val="center"/>
          </w:tcPr>
          <w:p w:rsidR="00782ED8" w:rsidRPr="00052D16" w:rsidRDefault="00782ED8" w:rsidP="00FA6C7A">
            <w:pPr>
              <w:rPr>
                <w:rFonts w:ascii="Arial" w:hAnsi="Arial" w:cs="Arial"/>
                <w:sz w:val="20"/>
                <w:szCs w:val="20"/>
              </w:rPr>
            </w:pPr>
            <w:r w:rsidRPr="00052D16">
              <w:rPr>
                <w:rFonts w:ascii="Arial" w:hAnsi="Arial" w:cs="Arial"/>
                <w:sz w:val="20"/>
                <w:szCs w:val="20"/>
              </w:rPr>
              <w:t xml:space="preserve">5)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Genel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şartları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6C7A">
              <w:rPr>
                <w:rFonts w:ascii="Arial" w:hAnsi="Arial" w:cs="Arial"/>
                <w:sz w:val="20"/>
                <w:szCs w:val="20"/>
              </w:rPr>
              <w:t>sağlıyor</w:t>
            </w:r>
            <w:proofErr w:type="spellEnd"/>
            <w:r w:rsidR="00FA6C7A">
              <w:rPr>
                <w:rFonts w:ascii="Arial" w:hAnsi="Arial" w:cs="Arial"/>
                <w:sz w:val="20"/>
                <w:szCs w:val="20"/>
              </w:rPr>
              <w:t xml:space="preserve"> mu</w:t>
            </w:r>
            <w:r w:rsidR="00FA6C7A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281" w:type="dxa"/>
            <w:vAlign w:val="center"/>
          </w:tcPr>
          <w:p w:rsidR="00782ED8" w:rsidRPr="00052D16" w:rsidRDefault="00782ED8" w:rsidP="00983E7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6" w:type="dxa"/>
            <w:vAlign w:val="center"/>
          </w:tcPr>
          <w:p w:rsidR="00782ED8" w:rsidRPr="00052D16" w:rsidRDefault="00782ED8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E7E" w:rsidRPr="00052D16" w:rsidTr="00FA6C7A">
        <w:trPr>
          <w:trHeight w:val="454"/>
        </w:trPr>
        <w:tc>
          <w:tcPr>
            <w:tcW w:w="4708" w:type="dxa"/>
            <w:vAlign w:val="center"/>
          </w:tcPr>
          <w:p w:rsidR="00983E7E" w:rsidRPr="00052D16" w:rsidRDefault="00FA6C7A" w:rsidP="00FA6C7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  <w:r w:rsidR="00983E7E">
              <w:rPr>
                <w:rFonts w:ascii="Arial" w:hAnsi="Arial" w:cs="Arial"/>
                <w:sz w:val="20"/>
                <w:szCs w:val="20"/>
              </w:rPr>
              <w:t>6</w:t>
            </w:r>
            <w:r w:rsidR="00983E7E" w:rsidRPr="00052D16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İlanda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yer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alan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özel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şart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2D16">
              <w:rPr>
                <w:rFonts w:ascii="Arial" w:hAnsi="Arial" w:cs="Arial"/>
                <w:sz w:val="20"/>
                <w:szCs w:val="20"/>
              </w:rPr>
              <w:t>sağlanıyor</w:t>
            </w:r>
            <w:proofErr w:type="spellEnd"/>
            <w:r w:rsidRPr="00052D16">
              <w:rPr>
                <w:rFonts w:ascii="Arial" w:hAnsi="Arial" w:cs="Arial"/>
                <w:sz w:val="20"/>
                <w:szCs w:val="20"/>
              </w:rPr>
              <w:t xml:space="preserve"> mu?</w:t>
            </w:r>
          </w:p>
        </w:tc>
        <w:tc>
          <w:tcPr>
            <w:tcW w:w="1281" w:type="dxa"/>
            <w:vAlign w:val="center"/>
          </w:tcPr>
          <w:p w:rsidR="00983E7E" w:rsidRPr="00052D16" w:rsidRDefault="00983E7E" w:rsidP="00983E7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6" w:type="dxa"/>
            <w:vAlign w:val="center"/>
          </w:tcPr>
          <w:p w:rsidR="00983E7E" w:rsidRPr="00052D16" w:rsidRDefault="00983E7E" w:rsidP="003032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82ED8" w:rsidRPr="00E84A8B" w:rsidRDefault="00E84A8B" w:rsidP="00E84A8B">
      <w:pPr>
        <w:rPr>
          <w:rFonts w:ascii="Arial" w:hAnsi="Arial" w:cs="Arial"/>
          <w:sz w:val="16"/>
          <w:szCs w:val="20"/>
        </w:rPr>
      </w:pPr>
      <w:r w:rsidRPr="00E84A8B">
        <w:rPr>
          <w:rFonts w:ascii="Arial" w:hAnsi="Arial" w:cs="Arial"/>
          <w:sz w:val="16"/>
          <w:szCs w:val="20"/>
        </w:rPr>
        <w:t xml:space="preserve">*) </w:t>
      </w:r>
      <w:proofErr w:type="spellStart"/>
      <w:r w:rsidRPr="00E84A8B">
        <w:rPr>
          <w:rFonts w:ascii="Arial" w:hAnsi="Arial" w:cs="Arial"/>
          <w:sz w:val="16"/>
          <w:szCs w:val="20"/>
        </w:rPr>
        <w:t>Sadece</w:t>
      </w:r>
      <w:proofErr w:type="spellEnd"/>
      <w:r w:rsidRPr="00E84A8B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E84A8B">
        <w:rPr>
          <w:rFonts w:ascii="Arial" w:hAnsi="Arial" w:cs="Arial"/>
          <w:sz w:val="16"/>
          <w:szCs w:val="20"/>
        </w:rPr>
        <w:t>özel</w:t>
      </w:r>
      <w:proofErr w:type="spellEnd"/>
      <w:r w:rsidRPr="00E84A8B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E84A8B">
        <w:rPr>
          <w:rFonts w:ascii="Arial" w:hAnsi="Arial" w:cs="Arial"/>
          <w:sz w:val="16"/>
          <w:szCs w:val="20"/>
        </w:rPr>
        <w:t>şart</w:t>
      </w:r>
      <w:proofErr w:type="spellEnd"/>
      <w:r w:rsidRPr="00E84A8B">
        <w:rPr>
          <w:rFonts w:ascii="Arial" w:hAnsi="Arial" w:cs="Arial"/>
          <w:sz w:val="16"/>
          <w:szCs w:val="20"/>
        </w:rPr>
        <w:t xml:space="preserve"> </w:t>
      </w:r>
      <w:r>
        <w:rPr>
          <w:rFonts w:ascii="Arial" w:hAnsi="Arial" w:cs="Arial"/>
          <w:sz w:val="16"/>
          <w:szCs w:val="20"/>
        </w:rPr>
        <w:t>aranan</w:t>
      </w:r>
      <w:bookmarkStart w:id="0" w:name="_GoBack"/>
      <w:bookmarkEnd w:id="0"/>
      <w:r w:rsidRPr="00E84A8B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E84A8B">
        <w:rPr>
          <w:rFonts w:ascii="Arial" w:hAnsi="Arial" w:cs="Arial"/>
          <w:sz w:val="16"/>
          <w:szCs w:val="20"/>
        </w:rPr>
        <w:t>ilanlarda</w:t>
      </w:r>
      <w:proofErr w:type="spellEnd"/>
      <w:r w:rsidRPr="00E84A8B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E84A8B">
        <w:rPr>
          <w:rFonts w:ascii="Arial" w:hAnsi="Arial" w:cs="Arial"/>
          <w:sz w:val="16"/>
          <w:szCs w:val="20"/>
        </w:rPr>
        <w:t>değerlendirmeye</w:t>
      </w:r>
      <w:proofErr w:type="spellEnd"/>
      <w:r w:rsidRPr="00E84A8B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E84A8B">
        <w:rPr>
          <w:rFonts w:ascii="Arial" w:hAnsi="Arial" w:cs="Arial"/>
          <w:sz w:val="16"/>
          <w:szCs w:val="20"/>
        </w:rPr>
        <w:t>alınmalıdır</w:t>
      </w:r>
      <w:proofErr w:type="spellEnd"/>
      <w:r w:rsidRPr="00E84A8B">
        <w:rPr>
          <w:rFonts w:ascii="Arial" w:hAnsi="Arial" w:cs="Arial"/>
          <w:sz w:val="16"/>
          <w:szCs w:val="20"/>
        </w:rPr>
        <w:t>.</w:t>
      </w:r>
    </w:p>
    <w:p w:rsidR="00782ED8" w:rsidRPr="00A5751D" w:rsidRDefault="0030321B" w:rsidP="0030321B">
      <w:pPr>
        <w:rPr>
          <w:rFonts w:ascii="Arial" w:hAnsi="Arial" w:cs="Arial"/>
          <w:b/>
          <w:sz w:val="20"/>
          <w:szCs w:val="20"/>
        </w:rPr>
      </w:pPr>
      <w:r w:rsidRPr="00A5751D">
        <w:rPr>
          <w:rFonts w:ascii="Arial" w:hAnsi="Arial" w:cs="Arial"/>
          <w:b/>
          <w:sz w:val="20"/>
          <w:szCs w:val="20"/>
        </w:rPr>
        <w:t xml:space="preserve">ADAY ASGARİ BAŞVURU ŞARTLARINI | </w:t>
      </w:r>
      <w:r w:rsidRPr="00A5751D">
        <w:rPr>
          <w:rFonts w:ascii="Segoe UI Symbol" w:hAnsi="Segoe UI Symbol" w:cs="Segoe UI Symbol"/>
          <w:b/>
          <w:sz w:val="20"/>
          <w:szCs w:val="20"/>
        </w:rPr>
        <w:t>☐</w:t>
      </w:r>
      <w:r w:rsidRPr="00A5751D">
        <w:rPr>
          <w:rFonts w:ascii="Arial" w:hAnsi="Arial" w:cs="Arial"/>
          <w:b/>
          <w:sz w:val="20"/>
          <w:szCs w:val="20"/>
        </w:rPr>
        <w:t xml:space="preserve"> SAĞLIYOR | </w:t>
      </w:r>
      <w:r w:rsidRPr="00A5751D">
        <w:rPr>
          <w:rFonts w:ascii="Segoe UI Symbol" w:hAnsi="Segoe UI Symbol" w:cs="Segoe UI Symbol"/>
          <w:b/>
          <w:sz w:val="20"/>
          <w:szCs w:val="20"/>
        </w:rPr>
        <w:t>☐</w:t>
      </w:r>
      <w:r w:rsidRPr="00A5751D">
        <w:rPr>
          <w:rFonts w:ascii="Arial" w:hAnsi="Arial" w:cs="Arial"/>
          <w:b/>
          <w:sz w:val="20"/>
          <w:szCs w:val="20"/>
        </w:rPr>
        <w:t xml:space="preserve"> SAĞ</w:t>
      </w:r>
      <w:r w:rsidRPr="00A5751D">
        <w:rPr>
          <w:rFonts w:ascii="Arial" w:hAnsi="Arial" w:cs="Arial"/>
          <w:b/>
          <w:sz w:val="20"/>
          <w:szCs w:val="20"/>
        </w:rPr>
        <w:t xml:space="preserve">LAMIYOR </w:t>
      </w:r>
    </w:p>
    <w:tbl>
      <w:tblPr>
        <w:tblW w:w="886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2955"/>
        <w:gridCol w:w="2956"/>
      </w:tblGrid>
      <w:tr w:rsidR="0030321B" w:rsidRPr="00052D16" w:rsidTr="00FA6C7A">
        <w:trPr>
          <w:trHeight w:val="426"/>
          <w:tblHeader/>
          <w:tblCellSpacing w:w="15" w:type="dxa"/>
        </w:trPr>
        <w:tc>
          <w:tcPr>
            <w:tcW w:w="2910" w:type="dxa"/>
            <w:vAlign w:val="center"/>
            <w:hideMark/>
          </w:tcPr>
          <w:p w:rsidR="0030321B" w:rsidRPr="0030321B" w:rsidRDefault="0030321B" w:rsidP="003032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30321B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Başkan</w:t>
            </w:r>
            <w:r w:rsidRPr="00052D16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 xml:space="preserve"> </w:t>
            </w:r>
          </w:p>
        </w:tc>
        <w:tc>
          <w:tcPr>
            <w:tcW w:w="2925" w:type="dxa"/>
            <w:vAlign w:val="center"/>
            <w:hideMark/>
          </w:tcPr>
          <w:p w:rsidR="0030321B" w:rsidRPr="0030321B" w:rsidRDefault="0030321B" w:rsidP="003032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30321B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Üye</w:t>
            </w:r>
          </w:p>
        </w:tc>
        <w:tc>
          <w:tcPr>
            <w:tcW w:w="2911" w:type="dxa"/>
            <w:vAlign w:val="center"/>
            <w:hideMark/>
          </w:tcPr>
          <w:p w:rsidR="0030321B" w:rsidRPr="0030321B" w:rsidRDefault="0030321B" w:rsidP="003032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30321B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Üye</w:t>
            </w:r>
          </w:p>
        </w:tc>
      </w:tr>
      <w:tr w:rsidR="0030321B" w:rsidRPr="00052D16" w:rsidTr="00FA6C7A">
        <w:trPr>
          <w:trHeight w:val="426"/>
          <w:tblCellSpacing w:w="15" w:type="dxa"/>
        </w:trPr>
        <w:tc>
          <w:tcPr>
            <w:tcW w:w="2910" w:type="dxa"/>
            <w:vAlign w:val="center"/>
          </w:tcPr>
          <w:p w:rsidR="0030321B" w:rsidRPr="0030321B" w:rsidRDefault="0030321B" w:rsidP="003032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</w:p>
        </w:tc>
        <w:tc>
          <w:tcPr>
            <w:tcW w:w="2925" w:type="dxa"/>
            <w:vAlign w:val="center"/>
          </w:tcPr>
          <w:p w:rsidR="0030321B" w:rsidRPr="0030321B" w:rsidRDefault="0030321B" w:rsidP="003032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</w:p>
        </w:tc>
        <w:tc>
          <w:tcPr>
            <w:tcW w:w="2911" w:type="dxa"/>
            <w:vAlign w:val="center"/>
          </w:tcPr>
          <w:p w:rsidR="0030321B" w:rsidRPr="0030321B" w:rsidRDefault="0030321B" w:rsidP="003032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</w:p>
        </w:tc>
      </w:tr>
      <w:tr w:rsidR="00FA6C7A" w:rsidRPr="00052D16" w:rsidTr="00FA6C7A">
        <w:trPr>
          <w:trHeight w:val="426"/>
          <w:tblCellSpacing w:w="15" w:type="dxa"/>
        </w:trPr>
        <w:tc>
          <w:tcPr>
            <w:tcW w:w="2910" w:type="dxa"/>
            <w:vAlign w:val="center"/>
          </w:tcPr>
          <w:p w:rsidR="00FA6C7A" w:rsidRPr="0030321B" w:rsidRDefault="00FA6C7A" w:rsidP="00FA6C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30321B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İmza</w:t>
            </w:r>
          </w:p>
        </w:tc>
        <w:tc>
          <w:tcPr>
            <w:tcW w:w="2925" w:type="dxa"/>
            <w:vAlign w:val="center"/>
          </w:tcPr>
          <w:p w:rsidR="00FA6C7A" w:rsidRPr="0030321B" w:rsidRDefault="00FA6C7A" w:rsidP="00FA6C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30321B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İmza</w:t>
            </w:r>
          </w:p>
        </w:tc>
        <w:tc>
          <w:tcPr>
            <w:tcW w:w="2911" w:type="dxa"/>
            <w:vAlign w:val="center"/>
          </w:tcPr>
          <w:p w:rsidR="00FA6C7A" w:rsidRPr="0030321B" w:rsidRDefault="00FA6C7A" w:rsidP="00FA6C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30321B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İmza</w:t>
            </w:r>
          </w:p>
        </w:tc>
      </w:tr>
    </w:tbl>
    <w:p w:rsidR="0030321B" w:rsidRPr="00052D16" w:rsidRDefault="0030321B" w:rsidP="00FA6C7A">
      <w:pPr>
        <w:rPr>
          <w:sz w:val="20"/>
          <w:szCs w:val="20"/>
        </w:rPr>
      </w:pPr>
    </w:p>
    <w:sectPr w:rsidR="0030321B" w:rsidRPr="00052D16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64D" w:rsidRDefault="00B7564D" w:rsidP="00782ED8">
      <w:pPr>
        <w:spacing w:after="0" w:line="240" w:lineRule="auto"/>
      </w:pPr>
      <w:r>
        <w:separator/>
      </w:r>
    </w:p>
  </w:endnote>
  <w:endnote w:type="continuationSeparator" w:id="0">
    <w:p w:rsidR="00B7564D" w:rsidRDefault="00B7564D" w:rsidP="00782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64D" w:rsidRDefault="00B7564D" w:rsidP="00782ED8">
      <w:pPr>
        <w:spacing w:after="0" w:line="240" w:lineRule="auto"/>
      </w:pPr>
      <w:r>
        <w:separator/>
      </w:r>
    </w:p>
  </w:footnote>
  <w:footnote w:type="continuationSeparator" w:id="0">
    <w:p w:rsidR="00B7564D" w:rsidRDefault="00B7564D" w:rsidP="00782E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oKlavuzu"/>
      <w:tblW w:w="8897" w:type="dxa"/>
      <w:tblLook w:val="04A0" w:firstRow="1" w:lastRow="0" w:firstColumn="1" w:lastColumn="0" w:noHBand="0" w:noVBand="1"/>
    </w:tblPr>
    <w:tblGrid>
      <w:gridCol w:w="2880"/>
      <w:gridCol w:w="2880"/>
      <w:gridCol w:w="1719"/>
      <w:gridCol w:w="1418"/>
    </w:tblGrid>
    <w:tr w:rsidR="00782ED8" w:rsidTr="00FA6C7A">
      <w:trPr>
        <w:trHeight w:val="133"/>
      </w:trPr>
      <w:tc>
        <w:tcPr>
          <w:tcW w:w="2880" w:type="dxa"/>
          <w:vMerge w:val="restart"/>
          <w:vAlign w:val="center"/>
        </w:tcPr>
        <w:p w:rsidR="00782ED8" w:rsidRDefault="00782ED8" w:rsidP="009B26B4">
          <w:pPr>
            <w:jc w:val="center"/>
          </w:pPr>
          <w:r w:rsidRPr="00FA6C7A">
            <w:rPr>
              <w:sz w:val="20"/>
            </w:rPr>
            <w:t>İNÖNÜ ÜNİVERSİTESİ</w:t>
          </w:r>
          <w:r w:rsidRPr="00FA6C7A">
            <w:rPr>
              <w:sz w:val="20"/>
            </w:rPr>
            <w:br/>
          </w:r>
          <w:r w:rsidRPr="00FA6C7A">
            <w:rPr>
              <w:sz w:val="20"/>
            </w:rPr>
            <w:t>…………</w:t>
          </w:r>
          <w:r w:rsidRPr="00FA6C7A">
            <w:rPr>
              <w:sz w:val="20"/>
            </w:rPr>
            <w:t xml:space="preserve"> FAKÜLTESİ</w:t>
          </w:r>
          <w:r w:rsidR="00FA6C7A" w:rsidRPr="00FA6C7A">
            <w:rPr>
              <w:sz w:val="20"/>
            </w:rPr>
            <w:t xml:space="preserve"> DEKANLIĞI/ YÜKSEKOKULU MÜDÜRLÜĞÜ </w:t>
          </w:r>
        </w:p>
      </w:tc>
      <w:tc>
        <w:tcPr>
          <w:tcW w:w="2880" w:type="dxa"/>
          <w:vMerge w:val="restart"/>
          <w:vAlign w:val="center"/>
        </w:tcPr>
        <w:p w:rsidR="00782ED8" w:rsidRPr="00FA6C7A" w:rsidRDefault="00782ED8" w:rsidP="00FA6C7A">
          <w:pPr>
            <w:jc w:val="center"/>
            <w:rPr>
              <w:sz w:val="20"/>
              <w:szCs w:val="20"/>
            </w:rPr>
          </w:pPr>
          <w:r w:rsidRPr="00FA6C7A">
            <w:rPr>
              <w:sz w:val="20"/>
              <w:szCs w:val="20"/>
            </w:rPr>
            <w:t>DOKTOR ÖĞRETİM ÜYESİ</w:t>
          </w:r>
          <w:r w:rsidRPr="00FA6C7A">
            <w:rPr>
              <w:sz w:val="20"/>
              <w:szCs w:val="20"/>
            </w:rPr>
            <w:br/>
            <w:t>KADROLARINA BA</w:t>
          </w:r>
          <w:r w:rsidRPr="00FA6C7A">
            <w:rPr>
              <w:sz w:val="20"/>
              <w:szCs w:val="20"/>
            </w:rPr>
            <w:t>ŞVURU</w:t>
          </w:r>
          <w:r w:rsidRPr="00FA6C7A">
            <w:rPr>
              <w:sz w:val="20"/>
              <w:szCs w:val="20"/>
            </w:rPr>
            <w:br/>
            <w:t xml:space="preserve">ÖN DEĞERLENDİRME KOMİSYON </w:t>
          </w:r>
          <w:r w:rsidRPr="00FA6C7A">
            <w:rPr>
              <w:sz w:val="20"/>
              <w:szCs w:val="20"/>
            </w:rPr>
            <w:t>TUTANAĞI</w:t>
          </w:r>
        </w:p>
      </w:tc>
      <w:tc>
        <w:tcPr>
          <w:tcW w:w="1719" w:type="dxa"/>
          <w:vAlign w:val="center"/>
        </w:tcPr>
        <w:p w:rsidR="00782ED8" w:rsidRPr="00FA6C7A" w:rsidRDefault="00782ED8" w:rsidP="00782ED8">
          <w:pPr>
            <w:rPr>
              <w:sz w:val="20"/>
              <w:szCs w:val="20"/>
            </w:rPr>
          </w:pPr>
          <w:proofErr w:type="spellStart"/>
          <w:r w:rsidRPr="00FA6C7A">
            <w:rPr>
              <w:sz w:val="20"/>
              <w:szCs w:val="20"/>
            </w:rPr>
            <w:t>Doküman</w:t>
          </w:r>
          <w:proofErr w:type="spellEnd"/>
          <w:r w:rsidRPr="00FA6C7A">
            <w:rPr>
              <w:sz w:val="20"/>
              <w:szCs w:val="20"/>
            </w:rPr>
            <w:t xml:space="preserve"> No</w:t>
          </w:r>
        </w:p>
      </w:tc>
      <w:tc>
        <w:tcPr>
          <w:tcW w:w="1418" w:type="dxa"/>
        </w:tcPr>
        <w:p w:rsidR="00782ED8" w:rsidRDefault="00782ED8" w:rsidP="00782ED8"/>
      </w:tc>
    </w:tr>
    <w:tr w:rsidR="00782ED8" w:rsidTr="0030321B">
      <w:trPr>
        <w:trHeight w:val="311"/>
      </w:trPr>
      <w:tc>
        <w:tcPr>
          <w:tcW w:w="2880" w:type="dxa"/>
          <w:vMerge/>
        </w:tcPr>
        <w:p w:rsidR="00782ED8" w:rsidRDefault="00782ED8" w:rsidP="00782ED8">
          <w:pPr>
            <w:jc w:val="center"/>
          </w:pPr>
        </w:p>
      </w:tc>
      <w:tc>
        <w:tcPr>
          <w:tcW w:w="2880" w:type="dxa"/>
          <w:vMerge/>
        </w:tcPr>
        <w:p w:rsidR="00782ED8" w:rsidRPr="00FA6C7A" w:rsidRDefault="00782ED8" w:rsidP="00782ED8">
          <w:pPr>
            <w:jc w:val="center"/>
            <w:rPr>
              <w:sz w:val="20"/>
              <w:szCs w:val="20"/>
            </w:rPr>
          </w:pPr>
        </w:p>
      </w:tc>
      <w:tc>
        <w:tcPr>
          <w:tcW w:w="1719" w:type="dxa"/>
          <w:vAlign w:val="center"/>
        </w:tcPr>
        <w:p w:rsidR="00782ED8" w:rsidRPr="00FA6C7A" w:rsidRDefault="00782ED8" w:rsidP="00782ED8">
          <w:pPr>
            <w:rPr>
              <w:sz w:val="20"/>
              <w:szCs w:val="20"/>
            </w:rPr>
          </w:pPr>
          <w:proofErr w:type="spellStart"/>
          <w:r w:rsidRPr="00FA6C7A">
            <w:rPr>
              <w:sz w:val="20"/>
              <w:szCs w:val="20"/>
            </w:rPr>
            <w:t>Yayın</w:t>
          </w:r>
          <w:proofErr w:type="spellEnd"/>
          <w:r w:rsidRPr="00FA6C7A">
            <w:rPr>
              <w:sz w:val="20"/>
              <w:szCs w:val="20"/>
            </w:rPr>
            <w:t xml:space="preserve"> </w:t>
          </w:r>
          <w:proofErr w:type="spellStart"/>
          <w:r w:rsidRPr="00FA6C7A">
            <w:rPr>
              <w:sz w:val="20"/>
              <w:szCs w:val="20"/>
            </w:rPr>
            <w:t>Tarihi</w:t>
          </w:r>
          <w:proofErr w:type="spellEnd"/>
        </w:p>
      </w:tc>
      <w:tc>
        <w:tcPr>
          <w:tcW w:w="1418" w:type="dxa"/>
        </w:tcPr>
        <w:p w:rsidR="00782ED8" w:rsidRDefault="00782ED8" w:rsidP="00782ED8"/>
      </w:tc>
    </w:tr>
    <w:tr w:rsidR="00782ED8" w:rsidTr="0030321B">
      <w:trPr>
        <w:trHeight w:val="218"/>
      </w:trPr>
      <w:tc>
        <w:tcPr>
          <w:tcW w:w="2880" w:type="dxa"/>
          <w:vMerge/>
        </w:tcPr>
        <w:p w:rsidR="00782ED8" w:rsidRDefault="00782ED8" w:rsidP="00782ED8">
          <w:pPr>
            <w:jc w:val="center"/>
          </w:pPr>
        </w:p>
      </w:tc>
      <w:tc>
        <w:tcPr>
          <w:tcW w:w="2880" w:type="dxa"/>
          <w:vMerge/>
        </w:tcPr>
        <w:p w:rsidR="00782ED8" w:rsidRPr="00FA6C7A" w:rsidRDefault="00782ED8" w:rsidP="00782ED8">
          <w:pPr>
            <w:jc w:val="center"/>
            <w:rPr>
              <w:sz w:val="20"/>
              <w:szCs w:val="20"/>
            </w:rPr>
          </w:pPr>
        </w:p>
      </w:tc>
      <w:tc>
        <w:tcPr>
          <w:tcW w:w="1719" w:type="dxa"/>
          <w:vAlign w:val="center"/>
        </w:tcPr>
        <w:p w:rsidR="00782ED8" w:rsidRPr="00FA6C7A" w:rsidRDefault="00782ED8" w:rsidP="00782ED8">
          <w:pPr>
            <w:rPr>
              <w:sz w:val="20"/>
              <w:szCs w:val="20"/>
            </w:rPr>
          </w:pPr>
          <w:proofErr w:type="spellStart"/>
          <w:r w:rsidRPr="00FA6C7A">
            <w:rPr>
              <w:sz w:val="20"/>
              <w:szCs w:val="20"/>
            </w:rPr>
            <w:t>Revizyon</w:t>
          </w:r>
          <w:proofErr w:type="spellEnd"/>
          <w:r w:rsidRPr="00FA6C7A">
            <w:rPr>
              <w:sz w:val="20"/>
              <w:szCs w:val="20"/>
            </w:rPr>
            <w:t xml:space="preserve"> </w:t>
          </w:r>
          <w:proofErr w:type="spellStart"/>
          <w:r w:rsidRPr="00FA6C7A">
            <w:rPr>
              <w:sz w:val="20"/>
              <w:szCs w:val="20"/>
            </w:rPr>
            <w:t>Tarihi</w:t>
          </w:r>
          <w:proofErr w:type="spellEnd"/>
        </w:p>
      </w:tc>
      <w:tc>
        <w:tcPr>
          <w:tcW w:w="1418" w:type="dxa"/>
        </w:tcPr>
        <w:p w:rsidR="00782ED8" w:rsidRDefault="00782ED8" w:rsidP="00782ED8"/>
      </w:tc>
    </w:tr>
    <w:tr w:rsidR="00782ED8" w:rsidTr="0030321B">
      <w:trPr>
        <w:trHeight w:val="112"/>
      </w:trPr>
      <w:tc>
        <w:tcPr>
          <w:tcW w:w="2880" w:type="dxa"/>
          <w:vMerge/>
        </w:tcPr>
        <w:p w:rsidR="00782ED8" w:rsidRDefault="00782ED8" w:rsidP="00782ED8">
          <w:pPr>
            <w:jc w:val="center"/>
          </w:pPr>
        </w:p>
      </w:tc>
      <w:tc>
        <w:tcPr>
          <w:tcW w:w="2880" w:type="dxa"/>
          <w:vMerge/>
        </w:tcPr>
        <w:p w:rsidR="00782ED8" w:rsidRPr="00FA6C7A" w:rsidRDefault="00782ED8" w:rsidP="00782ED8">
          <w:pPr>
            <w:jc w:val="center"/>
            <w:rPr>
              <w:sz w:val="20"/>
              <w:szCs w:val="20"/>
            </w:rPr>
          </w:pPr>
        </w:p>
      </w:tc>
      <w:tc>
        <w:tcPr>
          <w:tcW w:w="1719" w:type="dxa"/>
          <w:vAlign w:val="center"/>
        </w:tcPr>
        <w:p w:rsidR="00782ED8" w:rsidRPr="00FA6C7A" w:rsidRDefault="00782ED8" w:rsidP="00782ED8">
          <w:pPr>
            <w:rPr>
              <w:sz w:val="20"/>
              <w:szCs w:val="20"/>
            </w:rPr>
          </w:pPr>
          <w:proofErr w:type="spellStart"/>
          <w:r w:rsidRPr="00FA6C7A">
            <w:rPr>
              <w:sz w:val="20"/>
              <w:szCs w:val="20"/>
            </w:rPr>
            <w:t>Revizyon</w:t>
          </w:r>
          <w:proofErr w:type="spellEnd"/>
          <w:r w:rsidRPr="00FA6C7A">
            <w:rPr>
              <w:sz w:val="20"/>
              <w:szCs w:val="20"/>
            </w:rPr>
            <w:t xml:space="preserve"> No</w:t>
          </w:r>
        </w:p>
      </w:tc>
      <w:tc>
        <w:tcPr>
          <w:tcW w:w="1418" w:type="dxa"/>
        </w:tcPr>
        <w:p w:rsidR="00782ED8" w:rsidRDefault="00782ED8" w:rsidP="00782ED8"/>
      </w:tc>
    </w:tr>
  </w:tbl>
  <w:p w:rsidR="00782ED8" w:rsidRDefault="00782ED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D12574E"/>
    <w:multiLevelType w:val="hybridMultilevel"/>
    <w:tmpl w:val="E0FCA6E0"/>
    <w:lvl w:ilvl="0" w:tplc="14AC92CA">
      <w:start w:val="5"/>
      <w:numFmt w:val="bullet"/>
      <w:lvlText w:val=""/>
      <w:lvlJc w:val="left"/>
      <w:pPr>
        <w:ind w:left="420" w:hanging="360"/>
      </w:pPr>
      <w:rPr>
        <w:rFonts w:ascii="Symbol" w:eastAsiaTheme="minorEastAsia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44DD18C6"/>
    <w:multiLevelType w:val="hybridMultilevel"/>
    <w:tmpl w:val="F7B461A4"/>
    <w:lvl w:ilvl="0" w:tplc="63481E7C">
      <w:start w:val="5"/>
      <w:numFmt w:val="bullet"/>
      <w:lvlText w:val=""/>
      <w:lvlJc w:val="left"/>
      <w:pPr>
        <w:ind w:left="780" w:hanging="360"/>
      </w:pPr>
      <w:rPr>
        <w:rFonts w:ascii="Symbol" w:eastAsiaTheme="minorEastAsia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52D16"/>
    <w:rsid w:val="00055F09"/>
    <w:rsid w:val="0006063C"/>
    <w:rsid w:val="0009013E"/>
    <w:rsid w:val="0015074B"/>
    <w:rsid w:val="0029639D"/>
    <w:rsid w:val="0030321B"/>
    <w:rsid w:val="00326F90"/>
    <w:rsid w:val="007031E9"/>
    <w:rsid w:val="00782ED8"/>
    <w:rsid w:val="007A4E93"/>
    <w:rsid w:val="00983E7E"/>
    <w:rsid w:val="009B26B4"/>
    <w:rsid w:val="00A5751D"/>
    <w:rsid w:val="00AA1D8D"/>
    <w:rsid w:val="00B47730"/>
    <w:rsid w:val="00B7564D"/>
    <w:rsid w:val="00CB0664"/>
    <w:rsid w:val="00E4507F"/>
    <w:rsid w:val="00E84A8B"/>
    <w:rsid w:val="00FA6C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8367B51"/>
  <w14:defaultImageDpi w14:val="300"/>
  <w15:docId w15:val="{FC6A8F47-CE20-4C2B-A62F-BEB75C6F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9B2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26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0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8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2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35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259B794-EC3B-4F93-8022-8C48EC933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7</cp:revision>
  <cp:lastPrinted>2025-09-22T10:49:00Z</cp:lastPrinted>
  <dcterms:created xsi:type="dcterms:W3CDTF">2025-09-22T08:04:00Z</dcterms:created>
  <dcterms:modified xsi:type="dcterms:W3CDTF">2025-09-22T11:05:00Z</dcterms:modified>
  <cp:category/>
</cp:coreProperties>
</file>